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0735" w14:textId="77777777" w:rsidR="00A61875" w:rsidRPr="001E4BD9" w:rsidRDefault="00DD783A">
      <w:pPr>
        <w:keepNext/>
        <w:spacing w:before="280" w:after="60"/>
        <w:jc w:val="center"/>
        <w:rPr>
          <w:lang w:val="ru-RU"/>
        </w:rPr>
      </w:pPr>
      <w:r w:rsidRPr="001E4BD9">
        <w:rPr>
          <w:b/>
          <w:sz w:val="28"/>
          <w:lang w:val="ru-RU"/>
        </w:rPr>
        <w:t>ПРИКАЗ О ПРИЕМЕ НА РАБОТУ</w:t>
      </w:r>
    </w:p>
    <w:p w14:paraId="2503295D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>Настоящий приказ оформляется работодателем по собственному решению на основании заключенного трудового договора. Условия приказа должны соответствовать условиям трудового договора.</w:t>
      </w:r>
    </w:p>
    <w:p w14:paraId="0556959A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>Номер и дата приказа: № [номер] от [дата]</w:t>
      </w:r>
    </w:p>
    <w:p w14:paraId="65B5ECFD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 xml:space="preserve">Наименование работодателя: </w:t>
      </w:r>
      <w:r>
        <w:rPr>
          <w:rFonts w:cs="Times New Roman"/>
        </w:rPr>
        <w:fldChar w:fldCharType="begin">
          <w:ffData>
            <w:name w:val="Employer"/>
            <w:enabled/>
            <w:calcOnExit w:val="0"/>
            <w:textInput>
              <w:default w:val="Наименование работодателя"/>
            </w:textInput>
          </w:ffData>
        </w:fldChar>
      </w:r>
      <w:bookmarkStart w:id="0" w:name="Employer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bookmarkStart w:id="1" w:name="_GoBack"/>
      <w:r w:rsidRPr="001E4BD9">
        <w:rPr>
          <w:rFonts w:cs="Times New Roman"/>
          <w:lang w:val="ru-RU"/>
        </w:rPr>
        <w:t>Наименование работодателя</w:t>
      </w:r>
      <w:bookmarkEnd w:id="1"/>
      <w:r>
        <w:rPr>
          <w:rFonts w:cs="Times New Roman"/>
        </w:rPr>
        <w:fldChar w:fldCharType="end"/>
      </w:r>
      <w:bookmarkEnd w:id="0"/>
    </w:p>
    <w:p w14:paraId="0F51A105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 xml:space="preserve">ФИО работника: </w:t>
      </w:r>
      <w:r>
        <w:rPr>
          <w:rFonts w:cs="Times New Roman"/>
        </w:rPr>
        <w:fldChar w:fldCharType="begin">
          <w:ffData>
            <w:name w:val="Employee"/>
            <w:enabled/>
            <w:calcOnExit w:val="0"/>
            <w:textInput>
              <w:default w:val="ФИО работника"/>
            </w:textInput>
          </w:ffData>
        </w:fldChar>
      </w:r>
      <w:bookmarkStart w:id="2" w:name="Employee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1E4BD9">
        <w:rPr>
          <w:rFonts w:cs="Times New Roman"/>
          <w:lang w:val="ru-RU"/>
        </w:rPr>
        <w:t>ФИО работника</w:t>
      </w:r>
      <w:r>
        <w:rPr>
          <w:rFonts w:cs="Times New Roman"/>
        </w:rPr>
        <w:fldChar w:fldCharType="end"/>
      </w:r>
      <w:bookmarkEnd w:id="2"/>
    </w:p>
    <w:p w14:paraId="499B0100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 xml:space="preserve">Должность: </w:t>
      </w:r>
      <w:r>
        <w:rPr>
          <w:rFonts w:cs="Times New Roman"/>
        </w:rPr>
        <w:fldChar w:fldCharType="begin">
          <w:ffData>
            <w:name w:val="Position"/>
            <w:enabled/>
            <w:calcOnExit w:val="0"/>
            <w:textInput>
              <w:default w:val="Должность"/>
            </w:textInput>
          </w:ffData>
        </w:fldChar>
      </w:r>
      <w:bookmarkStart w:id="3" w:name="Position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1E4BD9">
        <w:rPr>
          <w:rFonts w:cs="Times New Roman"/>
          <w:lang w:val="ru-RU"/>
        </w:rPr>
        <w:t>Должность</w:t>
      </w:r>
      <w:r>
        <w:rPr>
          <w:rFonts w:cs="Times New Roman"/>
        </w:rPr>
        <w:fldChar w:fldCharType="end"/>
      </w:r>
      <w:bookmarkEnd w:id="3"/>
    </w:p>
    <w:p w14:paraId="5A824214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 xml:space="preserve">Структурное подразделение: </w:t>
      </w:r>
      <w:r>
        <w:rPr>
          <w:rFonts w:cs="Times New Roman"/>
        </w:rPr>
        <w:fldChar w:fldCharType="begin">
          <w:ffData>
            <w:name w:val="Department"/>
            <w:enabled/>
            <w:calcOnExit w:val="0"/>
            <w:textInput>
              <w:default w:val="Структурное подразделение"/>
            </w:textInput>
          </w:ffData>
        </w:fldChar>
      </w:r>
      <w:bookmarkStart w:id="4" w:name="Department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1E4BD9">
        <w:rPr>
          <w:rFonts w:cs="Times New Roman"/>
          <w:lang w:val="ru-RU"/>
        </w:rPr>
        <w:t>Структурное подразделение</w:t>
      </w:r>
      <w:r>
        <w:rPr>
          <w:rFonts w:cs="Times New Roman"/>
        </w:rPr>
        <w:fldChar w:fldCharType="end"/>
      </w:r>
      <w:bookmarkEnd w:id="4"/>
    </w:p>
    <w:p w14:paraId="522DD461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 xml:space="preserve">Дата начала работы: </w:t>
      </w:r>
      <w:r>
        <w:rPr>
          <w:rFonts w:cs="Times New Roman"/>
        </w:rPr>
        <w:fldChar w:fldCharType="begin">
          <w:ffData>
            <w:name w:val="Start_date"/>
            <w:enabled/>
            <w:calcOnExit w:val="0"/>
            <w:textInput>
              <w:type w:val="date"/>
              <w:default w:val="1 января 1901 г."/>
              <w:format w:val="d MMMM yyyy 'г'."/>
            </w:textInput>
          </w:ffData>
        </w:fldChar>
      </w:r>
      <w:bookmarkStart w:id="5" w:name="Start_date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1E4BD9">
        <w:rPr>
          <w:rFonts w:cs="Times New Roman"/>
          <w:lang w:val="ru-RU"/>
        </w:rPr>
        <w:t>1 января 1901 г.</w:t>
      </w:r>
      <w:r>
        <w:rPr>
          <w:rFonts w:cs="Times New Roman"/>
        </w:rPr>
        <w:fldChar w:fldCharType="end"/>
      </w:r>
      <w:bookmarkEnd w:id="5"/>
    </w:p>
    <w:p w14:paraId="43396248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>Трудовой договор: № [номер] от [дата]</w:t>
      </w:r>
    </w:p>
    <w:p w14:paraId="0B7C4438" w14:textId="77777777" w:rsidR="00A61875" w:rsidRPr="001E4BD9" w:rsidRDefault="00DD783A">
      <w:pPr>
        <w:keepNext/>
        <w:spacing w:before="280" w:after="60"/>
        <w:rPr>
          <w:lang w:val="ru-RU"/>
        </w:rPr>
      </w:pPr>
      <w:r w:rsidRPr="001E4BD9">
        <w:rPr>
          <w:b/>
          <w:lang w:val="ru-RU"/>
        </w:rPr>
        <w:t>ПОДПИСИ / ПОДТВЕРЖДЕНИЕ</w:t>
      </w:r>
    </w:p>
    <w:p w14:paraId="3951C693" w14:textId="77777777" w:rsidR="00A61875" w:rsidRPr="001E4BD9" w:rsidRDefault="00DD783A">
      <w:pPr>
        <w:spacing w:after="60"/>
        <w:jc w:val="both"/>
        <w:rPr>
          <w:lang w:val="ru-RU"/>
        </w:rPr>
      </w:pPr>
      <w:r w:rsidRPr="001E4BD9">
        <w:rPr>
          <w:lang w:val="ru-RU"/>
        </w:rPr>
        <w:t>Должность представителя р</w:t>
      </w:r>
      <w:r w:rsidRPr="001E4BD9">
        <w:rPr>
          <w:lang w:val="ru-RU"/>
        </w:rPr>
        <w:t xml:space="preserve">аботодателя: </w:t>
      </w:r>
      <w:r>
        <w:rPr>
          <w:rFonts w:cs="Times New Roman"/>
        </w:rPr>
        <w:fldChar w:fldCharType="begin">
          <w:ffData>
            <w:name w:val="Signatory_position"/>
            <w:enabled/>
            <w:calcOnExit w:val="0"/>
            <w:textInput>
              <w:default w:val="Должность руководителя"/>
            </w:textInput>
          </w:ffData>
        </w:fldChar>
      </w:r>
      <w:bookmarkStart w:id="6" w:name="Signatory_position"/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  <w:instrText>FORMTEXT</w:instrText>
      </w:r>
      <w:r w:rsidRPr="001E4BD9">
        <w:rPr>
          <w:rFonts w:cs="Times New Roman"/>
          <w:lang w:val="ru-RU"/>
        </w:rPr>
        <w:instrText xml:space="preserve">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Pr="001E4BD9">
        <w:rPr>
          <w:rFonts w:cs="Times New Roman"/>
          <w:lang w:val="ru-RU"/>
        </w:rPr>
        <w:t>Должность руководителя</w:t>
      </w:r>
      <w:r>
        <w:rPr>
          <w:rFonts w:cs="Times New Roman"/>
        </w:rPr>
        <w:fldChar w:fldCharType="end"/>
      </w:r>
      <w:bookmarkEnd w:id="6"/>
    </w:p>
    <w:p w14:paraId="113BD204" w14:textId="77777777" w:rsidR="00A61875" w:rsidRDefault="00DD783A">
      <w:pPr>
        <w:spacing w:after="60"/>
        <w:jc w:val="both"/>
      </w:pPr>
      <w:r>
        <w:t xml:space="preserve">ФИО представителя работодателя: </w:t>
      </w:r>
      <w:r>
        <w:rPr>
          <w:rFonts w:cs="Times New Roman"/>
        </w:rPr>
        <w:fldChar w:fldCharType="begin">
          <w:ffData>
            <w:name w:val="Signatory"/>
            <w:enabled/>
            <w:calcOnExit w:val="0"/>
            <w:textInput>
              <w:default w:val="ФИО руководителя"/>
            </w:textInput>
          </w:ffData>
        </w:fldChar>
      </w:r>
      <w:bookmarkStart w:id="7" w:name="Signatory"/>
      <w:r>
        <w:rPr>
          <w:rFonts w:cs="Times New Roman"/>
        </w:rPr>
        <w:instrText xml:space="preserve"> FORMTEXT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t>ФИО руководителя</w:t>
      </w:r>
      <w:r>
        <w:rPr>
          <w:rFonts w:cs="Times New Roman"/>
        </w:rPr>
        <w:fldChar w:fldCharType="end"/>
      </w:r>
      <w:bookmarkEnd w:id="7"/>
    </w:p>
    <w:sectPr w:rsidR="00A61875" w:rsidSect="00034616">
      <w:headerReference w:type="default" r:id="rId8"/>
      <w:pgSz w:w="12240" w:h="15840"/>
      <w:pgMar w:top="1134" w:right="1134" w:bottom="1134" w:left="1417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B4C898" w14:textId="77777777" w:rsidR="00DD783A" w:rsidRDefault="00DD783A">
      <w:pPr>
        <w:spacing w:after="0" w:line="240" w:lineRule="auto"/>
      </w:pPr>
      <w:r>
        <w:separator/>
      </w:r>
    </w:p>
  </w:endnote>
  <w:endnote w:type="continuationSeparator" w:id="0">
    <w:p w14:paraId="3EF9ACC5" w14:textId="77777777" w:rsidR="00DD783A" w:rsidRDefault="00DD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B0A80" w14:textId="77777777" w:rsidR="00DD783A" w:rsidRDefault="00DD783A">
      <w:pPr>
        <w:spacing w:after="0" w:line="240" w:lineRule="auto"/>
      </w:pPr>
      <w:r>
        <w:separator/>
      </w:r>
    </w:p>
  </w:footnote>
  <w:footnote w:type="continuationSeparator" w:id="0">
    <w:p w14:paraId="4B74451C" w14:textId="77777777" w:rsidR="00DD783A" w:rsidRDefault="00DD7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DE389" w14:textId="77777777" w:rsidR="00A61875" w:rsidRPr="001E4BD9" w:rsidRDefault="00DD783A">
    <w:pPr>
      <w:tabs>
        <w:tab w:val="left" w:pos="5619"/>
      </w:tabs>
      <w:spacing w:before="60" w:after="0" w:line="240" w:lineRule="auto"/>
      <w:rPr>
        <w:lang w:val="ru-RU"/>
      </w:rPr>
    </w:pPr>
    <w:r w:rsidRPr="001E4BD9">
      <w:rPr>
        <w:sz w:val="16"/>
        <w:lang w:val="ru-RU"/>
      </w:rPr>
      <w:t xml:space="preserve">Шаблон разработан экспертами ООО </w:t>
    </w:r>
    <w:proofErr w:type="gramStart"/>
    <w:r w:rsidRPr="001E4BD9">
      <w:rPr>
        <w:sz w:val="16"/>
        <w:lang w:val="ru-RU"/>
      </w:rPr>
      <w:t>«Парадокс»</w:t>
    </w:r>
    <w:proofErr w:type="gramEnd"/>
    <w:r w:rsidRPr="001E4BD9">
      <w:rPr>
        <w:sz w:val="16"/>
        <w:lang w:val="ru-RU"/>
      </w:rPr>
      <w:tab/>
      <w:t>Для редактирования шаблона:</w:t>
    </w:r>
  </w:p>
  <w:p w14:paraId="3D1F027E" w14:textId="77777777" w:rsidR="00A61875" w:rsidRPr="001E4BD9" w:rsidRDefault="00DD783A">
    <w:pPr>
      <w:tabs>
        <w:tab w:val="left" w:pos="5619"/>
      </w:tabs>
      <w:spacing w:before="60" w:after="0" w:line="240" w:lineRule="auto"/>
      <w:rPr>
        <w:lang w:val="ru-RU"/>
      </w:rPr>
    </w:pPr>
    <w:r w:rsidRPr="001E4BD9">
      <w:rPr>
        <w:sz w:val="16"/>
        <w:lang w:val="ru-RU"/>
      </w:rPr>
      <w:t xml:space="preserve">Кадровый электронный документооборот </w:t>
    </w:r>
    <w:proofErr w:type="gramStart"/>
    <w:r>
      <w:rPr>
        <w:sz w:val="16"/>
      </w:rPr>
      <w:t>EasyDocs</w:t>
    </w:r>
    <w:proofErr w:type="gramEnd"/>
    <w:r w:rsidRPr="001E4BD9">
      <w:rPr>
        <w:sz w:val="16"/>
        <w:lang w:val="ru-RU"/>
      </w:rPr>
      <w:tab/>
      <w:t>Снимите защиту формы в режиме «Разработчик»</w:t>
    </w:r>
  </w:p>
  <w:p w14:paraId="69AF8233" w14:textId="77777777" w:rsidR="00A61875" w:rsidRPr="001E4BD9" w:rsidRDefault="00DD783A">
    <w:pPr>
      <w:tabs>
        <w:tab w:val="left" w:pos="5619"/>
      </w:tabs>
      <w:spacing w:before="60" w:after="0" w:line="240" w:lineRule="auto"/>
      <w:rPr>
        <w:lang w:val="ru-RU"/>
      </w:rPr>
    </w:pPr>
    <w:r>
      <w:rPr>
        <w:sz w:val="16"/>
      </w:rPr>
      <w:t>E</w:t>
    </w:r>
    <w:r w:rsidRPr="001E4BD9">
      <w:rPr>
        <w:sz w:val="16"/>
        <w:lang w:val="ru-RU"/>
      </w:rPr>
      <w:t>-</w:t>
    </w:r>
    <w:r>
      <w:rPr>
        <w:sz w:val="16"/>
      </w:rPr>
      <w:t>mail</w:t>
    </w:r>
    <w:r w:rsidRPr="001E4BD9">
      <w:rPr>
        <w:sz w:val="16"/>
        <w:lang w:val="ru-RU"/>
      </w:rPr>
      <w:t xml:space="preserve">: </w:t>
    </w:r>
    <w:r>
      <w:rPr>
        <w:sz w:val="16"/>
      </w:rPr>
      <w:t>team</w:t>
    </w:r>
    <w:r w:rsidRPr="001E4BD9">
      <w:rPr>
        <w:sz w:val="16"/>
        <w:lang w:val="ru-RU"/>
      </w:rPr>
      <w:t>@</w:t>
    </w:r>
    <w:r>
      <w:rPr>
        <w:sz w:val="16"/>
      </w:rPr>
      <w:t>easydocs</w:t>
    </w:r>
    <w:r w:rsidRPr="001E4BD9">
      <w:rPr>
        <w:sz w:val="16"/>
        <w:lang w:val="ru-RU"/>
      </w:rPr>
      <w:t>.</w:t>
    </w:r>
    <w:r>
      <w:rPr>
        <w:sz w:val="16"/>
      </w:rPr>
      <w:t>ru</w:t>
    </w:r>
    <w:r w:rsidRPr="001E4BD9">
      <w:rPr>
        <w:sz w:val="16"/>
        <w:lang w:val="ru-RU"/>
      </w:rPr>
      <w:tab/>
      <w:t xml:space="preserve">Для заполнения </w:t>
    </w:r>
    <w:r w:rsidRPr="001E4BD9">
      <w:rPr>
        <w:sz w:val="16"/>
        <w:lang w:val="ru-RU"/>
      </w:rPr>
      <w:t>повторяющихся полей обновите поля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BD9"/>
    <w:rsid w:val="0029639D"/>
    <w:rsid w:val="00326F90"/>
    <w:rsid w:val="00A61875"/>
    <w:rsid w:val="00AA1D8D"/>
    <w:rsid w:val="00B47730"/>
    <w:rsid w:val="00CB0664"/>
    <w:rsid w:val="00DD78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92D4DE"/>
  <w14:defaultImageDpi w14:val="300"/>
  <w15:docId w15:val="{0C403672-1F40-43DF-B4B9-78F0A351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A9993F-4839-45CD-AACF-B66961B55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Причина отказа в заключении трудового договора</dc:title>
  <dc:subject/>
  <dc:creator>Куликов Д.С.</dc:creator>
  <cp:keywords>кадровый документ; EasyDocs; ТК РФ; статья 64</cp:keywords>
  <dc:description>Шаблон документа «Причина отказа в заключении трудового договора».</dc:description>
  <cp:lastModifiedBy>Алла Алла</cp:lastModifiedBy>
  <cp:revision>1</cp:revision>
  <dcterms:created xsi:type="dcterms:W3CDTF">2013-12-23T23:15:00Z</dcterms:created>
  <dcterms:modified xsi:type="dcterms:W3CDTF">2026-10-19T14:32:00Z</dcterms:modified>
  <cp:category/>
</cp:coreProperties>
</file>