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B343" w14:textId="77777777" w:rsidR="005C205E" w:rsidRPr="002369CE" w:rsidRDefault="00000000">
      <w:pPr>
        <w:spacing w:before="60" w:after="0" w:line="240" w:lineRule="auto"/>
        <w:jc w:val="right"/>
        <w:rPr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Employee"/>
            <w:enabled/>
            <w:calcOnExit w:val="0"/>
            <w:textInput>
              <w:default w:val="ФИО работника"/>
            </w:textInput>
          </w:ffData>
        </w:fldChar>
      </w:r>
      <w:bookmarkStart w:id="0" w:name="Employee"/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ФИО работника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14:paraId="36D9DE98" w14:textId="77777777" w:rsidR="005C205E" w:rsidRPr="002369CE" w:rsidRDefault="00000000">
      <w:pPr>
        <w:spacing w:before="60" w:after="0" w:line="240" w:lineRule="auto"/>
        <w:jc w:val="right"/>
        <w:rPr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Position_dept"/>
            <w:enabled/>
            <w:calcOnExit w:val="0"/>
            <w:textInput>
              <w:default w:val="Должность, структурное подразделение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Должность, структурное подразделение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5F3D2B1C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48ABAC5C" w14:textId="77777777" w:rsidR="005C205E" w:rsidRPr="002369CE" w:rsidRDefault="00000000">
      <w:pPr>
        <w:spacing w:before="120" w:after="0" w:line="288" w:lineRule="auto"/>
        <w:jc w:val="center"/>
        <w:rPr>
          <w:lang w:val="ru-RU"/>
        </w:rPr>
      </w:pPr>
      <w:r w:rsidRPr="002369CE">
        <w:rPr>
          <w:rFonts w:ascii="Times New Roman" w:hAnsi="Times New Roman" w:cs="Times New Roman"/>
          <w:b/>
          <w:sz w:val="28"/>
          <w:szCs w:val="28"/>
          <w:lang w:val="ru-RU"/>
        </w:rPr>
        <w:t>УВЕДОМЛЕНИЕ</w:t>
      </w:r>
    </w:p>
    <w:p w14:paraId="7D00216E" w14:textId="3DB847C8" w:rsidR="005C205E" w:rsidRPr="002369CE" w:rsidRDefault="00000000">
      <w:pPr>
        <w:spacing w:before="60" w:after="0" w:line="288" w:lineRule="auto"/>
        <w:jc w:val="center"/>
        <w:rPr>
          <w:lang w:val="ru-RU"/>
        </w:rPr>
      </w:pPr>
      <w:r w:rsidRPr="002369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 расторжении трудового договора </w:t>
      </w:r>
      <w:r w:rsidR="002369CE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2369CE">
        <w:rPr>
          <w:rFonts w:ascii="Times New Roman" w:hAnsi="Times New Roman" w:cs="Times New Roman"/>
          <w:b/>
          <w:sz w:val="24"/>
          <w:szCs w:val="24"/>
          <w:lang w:val="ru-RU"/>
        </w:rPr>
        <w:t>в связи с неудовлетворительным результатом испытания</w:t>
      </w:r>
    </w:p>
    <w:p w14:paraId="090F7B44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31F88E62" w14:textId="77777777" w:rsidR="005C205E" w:rsidRPr="002369CE" w:rsidRDefault="00000000">
      <w:pPr>
        <w:spacing w:before="120" w:after="0" w:line="288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Greeting"/>
            <w:enabled/>
            <w:calcOnExit w:val="0"/>
            <w:ddList>
              <w:listEntry w:val="Уважаемый"/>
              <w:listEntry w:val="Уважаемая"/>
            </w:ddLis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FORMDROPDOWN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Employee_name_io"/>
            <w:enabled/>
            <w:calcOnExit w:val="0"/>
            <w:textInput>
              <w:default w:val="Имя Отчество работника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Имя Отчество работника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277B25A9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3A6098FD" w14:textId="61A6963A" w:rsidR="005C205E" w:rsidRPr="002369CE" w:rsidRDefault="00000000">
      <w:pPr>
        <w:spacing w:before="120" w:after="0" w:line="288" w:lineRule="auto"/>
        <w:ind w:firstLine="709"/>
        <w:jc w:val="both"/>
        <w:rPr>
          <w:lang w:val="ru-RU"/>
        </w:rPr>
      </w:pPr>
      <w:r w:rsidRPr="002369CE">
        <w:rPr>
          <w:rFonts w:ascii="Times New Roman" w:hAnsi="Times New Roman" w:cs="Times New Roman"/>
          <w:sz w:val="24"/>
          <w:szCs w:val="24"/>
          <w:lang w:val="ru-RU"/>
        </w:rPr>
        <w:t>Настоящим уведомляем Вас о том, что трудовой договор №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D_number"/>
            <w:enabled/>
            <w:calcOnExit w:val="0"/>
            <w:textInput>
              <w:default w:val="Введите № ТД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Введите № ТД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D_date"/>
            <w:enabled/>
            <w:calcOnExit w:val="0"/>
            <w:textInput>
              <w:type w:val="date"/>
              <w:default w:val="1 января 1901 г."/>
              <w:format w:val="d MMMM yyyy 'г'.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1 января 1901 г.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, заключённый с Вами, подлежит расторжению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Dismissal_date"/>
            <w:enabled/>
            <w:calcOnExit w:val="0"/>
            <w:textInput>
              <w:type w:val="date"/>
              <w:default w:val="1 января 1901 г."/>
              <w:format w:val="d MMMM yyyy 'г'.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1 января 1901 г.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 по ч.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>1 ст.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>71 ТК РФ в связи с неудовлетворительным результатом испытания.</w:t>
      </w:r>
    </w:p>
    <w:p w14:paraId="26D9FE86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140621A4" w14:textId="77777777" w:rsidR="005C205E" w:rsidRPr="002369CE" w:rsidRDefault="00000000">
      <w:pPr>
        <w:spacing w:before="120" w:after="0" w:line="288" w:lineRule="auto"/>
        <w:ind w:firstLine="709"/>
        <w:jc w:val="both"/>
        <w:rPr>
          <w:lang w:val="ru-RU"/>
        </w:rPr>
      </w:pPr>
      <w:r w:rsidRPr="002369CE">
        <w:rPr>
          <w:rFonts w:ascii="Times New Roman" w:hAnsi="Times New Roman" w:cs="Times New Roman"/>
          <w:sz w:val="24"/>
          <w:szCs w:val="24"/>
          <w:lang w:val="ru-RU"/>
        </w:rPr>
        <w:t>Основанием для признания испытания непройденным послужили следующие факты:</w:t>
      </w:r>
    </w:p>
    <w:p w14:paraId="4A454494" w14:textId="6DFF2CAE" w:rsidR="005C205E" w:rsidRPr="002369CE" w:rsidRDefault="002369CE">
      <w:pPr>
        <w:spacing w:before="60" w:after="0" w:line="288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Reason"/>
            <w:enabled/>
            <w:calcOnExit w:val="0"/>
            <w:textInput>
              <w:default w:val="Описание причин со ссылкой на документы"/>
            </w:textInput>
          </w:ffData>
        </w:fldChar>
      </w:r>
      <w:bookmarkStart w:id="1" w:name="Reason"/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Описание причин со ссылкой на документы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14:paraId="59D43719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3D52B14B" w14:textId="77777777" w:rsidR="005C205E" w:rsidRPr="002369CE" w:rsidRDefault="00000000">
      <w:pPr>
        <w:spacing w:before="120" w:after="0" w:line="288" w:lineRule="auto"/>
        <w:ind w:firstLine="709"/>
        <w:jc w:val="both"/>
        <w:rPr>
          <w:lang w:val="ru-RU"/>
        </w:rPr>
      </w:pPr>
      <w:r w:rsidRPr="002369CE">
        <w:rPr>
          <w:rFonts w:ascii="Times New Roman" w:hAnsi="Times New Roman" w:cs="Times New Roman"/>
          <w:sz w:val="24"/>
          <w:szCs w:val="24"/>
          <w:lang w:val="ru-RU"/>
        </w:rPr>
        <w:t>В соответствии с требованиями ТК РФ, уведомление вручается не позднее чем за три дня до даты увольнения.</w:t>
      </w:r>
    </w:p>
    <w:p w14:paraId="286863B6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47C6124F" w14:textId="77777777" w:rsidR="005C205E" w:rsidRPr="002369CE" w:rsidRDefault="00000000">
      <w:pPr>
        <w:tabs>
          <w:tab w:val="center" w:pos="4677"/>
          <w:tab w:val="right" w:pos="9354"/>
        </w:tabs>
        <w:spacing w:before="120" w:after="0" w:line="288" w:lineRule="auto"/>
        <w:rPr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ignatory_position"/>
            <w:enabled/>
            <w:calcOnExit w:val="0"/>
            <w:textInput>
              <w:default w:val="Должность руководителя"/>
            </w:textInput>
          </w:ffData>
        </w:fldChar>
      </w:r>
      <w:bookmarkStart w:id="2" w:name="Signatory_position"/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Должность руководителя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2369CE">
        <w:rPr>
          <w:rFonts w:ascii="Times New Roman" w:hAnsi="Times New Roman" w:cs="Times New Roman"/>
          <w:sz w:val="24"/>
          <w:szCs w:val="24"/>
          <w:lang w:val="ru-RU"/>
        </w:rPr>
        <w:tab/>
        <w:t>_____________</w: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ignatory"/>
            <w:enabled/>
            <w:calcOnExit w:val="0"/>
            <w:textInput>
              <w:default w:val="ФИО руководителя"/>
            </w:textInput>
          </w:ffData>
        </w:fldChar>
      </w:r>
      <w:bookmarkStart w:id="3" w:name="Signatory"/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ФИО руководителя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14:paraId="14B94EB2" w14:textId="77777777" w:rsidR="005C205E" w:rsidRPr="002369CE" w:rsidRDefault="005C205E">
      <w:pPr>
        <w:spacing w:before="120" w:after="0" w:line="288" w:lineRule="auto"/>
        <w:jc w:val="both"/>
        <w:rPr>
          <w:lang w:val="ru-RU"/>
        </w:rPr>
      </w:pPr>
    </w:p>
    <w:p w14:paraId="1A6EA9D1" w14:textId="08F31FEF" w:rsidR="005C205E" w:rsidRPr="002369CE" w:rsidRDefault="00000000" w:rsidP="002369CE">
      <w:pPr>
        <w:spacing w:before="120" w:after="0" w:line="288" w:lineRule="auto"/>
        <w:jc w:val="both"/>
        <w:rPr>
          <w:lang w:val="ru-RU"/>
        </w:rPr>
      </w:pP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С уведомлением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Acquainted"/>
            <w:enabled/>
            <w:calcOnExit w:val="0"/>
            <w:ddList>
              <w:listEntry w:val="ознакомлен"/>
              <w:listEntry w:val="ознакомлена"/>
            </w:ddLis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FORMDROPDOWN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369CE">
        <w:rPr>
          <w:lang w:val="ru-RU"/>
        </w:rPr>
        <w:t xml:space="preserve">, </w: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 xml:space="preserve">один экземпляр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Received"/>
            <w:enabled/>
            <w:calcOnExit w:val="0"/>
            <w:ddList>
              <w:listEntry w:val="получил"/>
              <w:listEntry w:val="получила"/>
            </w:ddLis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FORMDROPDOWN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27576D7" w14:textId="77777777" w:rsidR="005C205E" w:rsidRDefault="00000000">
      <w:pPr>
        <w:tabs>
          <w:tab w:val="center" w:pos="4677"/>
          <w:tab w:val="right" w:pos="9354"/>
        </w:tabs>
        <w:spacing w:before="60" w:after="0" w:line="288" w:lineRule="auto"/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Ack_date"/>
            <w:enabled/>
            <w:calcOnExit w:val="0"/>
            <w:textInput>
              <w:type w:val="date"/>
              <w:default w:val="1 января 1901 г."/>
              <w:format w:val="d MMMM yyyy 'г'."/>
            </w:textInput>
          </w:ffData>
        </w:fldChar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FORMTEXT</w:instrTex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369CE">
        <w:rPr>
          <w:rFonts w:ascii="Times New Roman" w:hAnsi="Times New Roman" w:cs="Times New Roman"/>
          <w:noProof/>
          <w:sz w:val="24"/>
          <w:szCs w:val="24"/>
          <w:lang w:val="ru-RU"/>
        </w:rPr>
        <w:t>1 января 1901 г.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ab/>
        <w:t>_____________</w:t>
      </w:r>
      <w:r w:rsidRPr="002369CE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Employee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ФИО работника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C205E" w:rsidSect="002369CE">
      <w:headerReference w:type="default" r:id="rId8"/>
      <w:pgSz w:w="11906" w:h="16838"/>
      <w:pgMar w:top="1414" w:right="851" w:bottom="1134" w:left="1701" w:header="5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39530" w14:textId="77777777" w:rsidR="00775752" w:rsidRDefault="00775752">
      <w:pPr>
        <w:spacing w:after="0" w:line="240" w:lineRule="auto"/>
      </w:pPr>
      <w:r>
        <w:separator/>
      </w:r>
    </w:p>
  </w:endnote>
  <w:endnote w:type="continuationSeparator" w:id="0">
    <w:p w14:paraId="5FB4630E" w14:textId="77777777" w:rsidR="00775752" w:rsidRDefault="0077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77786" w14:textId="77777777" w:rsidR="00775752" w:rsidRDefault="00775752">
      <w:pPr>
        <w:spacing w:after="0" w:line="240" w:lineRule="auto"/>
      </w:pPr>
      <w:r>
        <w:separator/>
      </w:r>
    </w:p>
  </w:footnote>
  <w:footnote w:type="continuationSeparator" w:id="0">
    <w:p w14:paraId="22793821" w14:textId="77777777" w:rsidR="00775752" w:rsidRDefault="00775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6B1B" w14:textId="77777777" w:rsidR="005C205E" w:rsidRPr="002369CE" w:rsidRDefault="00000000">
    <w:pPr>
      <w:tabs>
        <w:tab w:val="right" w:pos="9354"/>
      </w:tabs>
      <w:spacing w:before="60" w:after="0" w:line="240" w:lineRule="auto"/>
      <w:rPr>
        <w:lang w:val="ru-RU"/>
      </w:rPr>
    </w:pPr>
    <w:r w:rsidRPr="002369CE">
      <w:rPr>
        <w:rFonts w:ascii="Times New Roman" w:hAnsi="Times New Roman" w:cs="Times New Roman"/>
        <w:sz w:val="16"/>
        <w:szCs w:val="16"/>
        <w:lang w:val="ru-RU"/>
      </w:rPr>
      <w:t>Шаблон разработан экспертами ООО «Парадокс»</w:t>
    </w:r>
    <w:r w:rsidRPr="002369CE">
      <w:rPr>
        <w:rFonts w:ascii="Times New Roman" w:hAnsi="Times New Roman" w:cs="Times New Roman"/>
        <w:sz w:val="16"/>
        <w:szCs w:val="16"/>
        <w:lang w:val="ru-RU"/>
      </w:rPr>
      <w:tab/>
      <w:t>Для редактирования шаблона:</w:t>
    </w:r>
  </w:p>
  <w:p w14:paraId="17FCA3E8" w14:textId="77777777" w:rsidR="005C205E" w:rsidRPr="002369CE" w:rsidRDefault="00000000">
    <w:pPr>
      <w:tabs>
        <w:tab w:val="right" w:pos="9354"/>
      </w:tabs>
      <w:spacing w:before="60" w:after="0" w:line="240" w:lineRule="auto"/>
      <w:rPr>
        <w:lang w:val="ru-RU"/>
      </w:rPr>
    </w:pPr>
    <w:r w:rsidRPr="002369CE">
      <w:rPr>
        <w:rFonts w:ascii="Times New Roman" w:hAnsi="Times New Roman" w:cs="Times New Roman"/>
        <w:sz w:val="16"/>
        <w:szCs w:val="16"/>
        <w:lang w:val="ru-RU"/>
      </w:rPr>
      <w:t xml:space="preserve">Кадровый электронный документооборот </w:t>
    </w:r>
    <w:proofErr w:type="gramStart"/>
    <w:r>
      <w:rPr>
        <w:rFonts w:ascii="Times New Roman" w:hAnsi="Times New Roman" w:cs="Times New Roman"/>
        <w:sz w:val="16"/>
        <w:szCs w:val="16"/>
      </w:rPr>
      <w:t>EasyDocs</w:t>
    </w:r>
    <w:proofErr w:type="gramEnd"/>
    <w:r w:rsidRPr="002369CE">
      <w:rPr>
        <w:rFonts w:ascii="Times New Roman" w:hAnsi="Times New Roman" w:cs="Times New Roman"/>
        <w:sz w:val="16"/>
        <w:szCs w:val="16"/>
        <w:lang w:val="ru-RU"/>
      </w:rPr>
      <w:tab/>
      <w:t>Снимите защиту формы в режиме «Разработчик»</w:t>
    </w:r>
  </w:p>
  <w:p w14:paraId="5228BE7E" w14:textId="77777777" w:rsidR="005C205E" w:rsidRPr="002369CE" w:rsidRDefault="00000000">
    <w:pPr>
      <w:tabs>
        <w:tab w:val="right" w:pos="9354"/>
      </w:tabs>
      <w:spacing w:before="60" w:after="0" w:line="240" w:lineRule="auto"/>
      <w:rPr>
        <w:lang w:val="ru-RU"/>
      </w:rPr>
    </w:pPr>
    <w:r>
      <w:rPr>
        <w:rFonts w:ascii="Times New Roman" w:hAnsi="Times New Roman" w:cs="Times New Roman"/>
        <w:sz w:val="16"/>
        <w:szCs w:val="16"/>
      </w:rPr>
      <w:t>E</w:t>
    </w:r>
    <w:r w:rsidRPr="002369CE">
      <w:rPr>
        <w:rFonts w:ascii="Times New Roman" w:hAnsi="Times New Roman" w:cs="Times New Roman"/>
        <w:sz w:val="16"/>
        <w:szCs w:val="16"/>
        <w:lang w:val="ru-RU"/>
      </w:rPr>
      <w:t>-</w:t>
    </w:r>
    <w:r>
      <w:rPr>
        <w:rFonts w:ascii="Times New Roman" w:hAnsi="Times New Roman" w:cs="Times New Roman"/>
        <w:sz w:val="16"/>
        <w:szCs w:val="16"/>
      </w:rPr>
      <w:t>mail</w:t>
    </w:r>
    <w:r w:rsidRPr="002369CE">
      <w:rPr>
        <w:rFonts w:ascii="Times New Roman" w:hAnsi="Times New Roman" w:cs="Times New Roman"/>
        <w:sz w:val="16"/>
        <w:szCs w:val="16"/>
        <w:lang w:val="ru-RU"/>
      </w:rPr>
      <w:t xml:space="preserve">: </w:t>
    </w:r>
    <w:r>
      <w:rPr>
        <w:rFonts w:ascii="Times New Roman" w:hAnsi="Times New Roman" w:cs="Times New Roman"/>
        <w:sz w:val="16"/>
        <w:szCs w:val="16"/>
      </w:rPr>
      <w:t>team</w:t>
    </w:r>
    <w:r w:rsidRPr="002369CE">
      <w:rPr>
        <w:rFonts w:ascii="Times New Roman" w:hAnsi="Times New Roman" w:cs="Times New Roman"/>
        <w:sz w:val="16"/>
        <w:szCs w:val="16"/>
        <w:lang w:val="ru-RU"/>
      </w:rPr>
      <w:t>@</w:t>
    </w:r>
    <w:r>
      <w:rPr>
        <w:rFonts w:ascii="Times New Roman" w:hAnsi="Times New Roman" w:cs="Times New Roman"/>
        <w:sz w:val="16"/>
        <w:szCs w:val="16"/>
      </w:rPr>
      <w:t>easydocs</w:t>
    </w:r>
    <w:r w:rsidRPr="002369CE">
      <w:rPr>
        <w:rFonts w:ascii="Times New Roman" w:hAnsi="Times New Roman" w:cs="Times New Roman"/>
        <w:sz w:val="16"/>
        <w:szCs w:val="16"/>
        <w:lang w:val="ru-RU"/>
      </w:rPr>
      <w:t>.</w:t>
    </w:r>
    <w:r>
      <w:rPr>
        <w:rFonts w:ascii="Times New Roman" w:hAnsi="Times New Roman" w:cs="Times New Roman"/>
        <w:sz w:val="16"/>
        <w:szCs w:val="16"/>
      </w:rPr>
      <w:t>ru</w:t>
    </w:r>
    <w:r w:rsidRPr="002369CE">
      <w:rPr>
        <w:rFonts w:ascii="Times New Roman" w:hAnsi="Times New Roman" w:cs="Times New Roman"/>
        <w:sz w:val="16"/>
        <w:szCs w:val="16"/>
        <w:lang w:val="ru-RU"/>
      </w:rPr>
      <w:tab/>
      <w:t>Для заполнения повторяющихся полей обновите поля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9040350">
    <w:abstractNumId w:val="8"/>
  </w:num>
  <w:num w:numId="2" w16cid:durableId="1346637522">
    <w:abstractNumId w:val="6"/>
  </w:num>
  <w:num w:numId="3" w16cid:durableId="1294479253">
    <w:abstractNumId w:val="5"/>
  </w:num>
  <w:num w:numId="4" w16cid:durableId="317465103">
    <w:abstractNumId w:val="4"/>
  </w:num>
  <w:num w:numId="5" w16cid:durableId="1259412190">
    <w:abstractNumId w:val="7"/>
  </w:num>
  <w:num w:numId="6" w16cid:durableId="33120760">
    <w:abstractNumId w:val="3"/>
  </w:num>
  <w:num w:numId="7" w16cid:durableId="592129931">
    <w:abstractNumId w:val="2"/>
  </w:num>
  <w:num w:numId="8" w16cid:durableId="626276248">
    <w:abstractNumId w:val="1"/>
  </w:num>
  <w:num w:numId="9" w16cid:durableId="1534534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9CE"/>
    <w:rsid w:val="0029639D"/>
    <w:rsid w:val="00326F90"/>
    <w:rsid w:val="005C205E"/>
    <w:rsid w:val="00775752"/>
    <w:rsid w:val="009E3B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BC2F1"/>
  <w14:defaultImageDpi w14:val="300"/>
  <w15:docId w15:val="{A2A3513F-6BDF-D943-BCE2-1EFCEF91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825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Генеральный директор</Manager>
  <Company>ООО «Парадокс»</Company>
  <LinksUpToDate>false</LinksUpToDate>
  <CharactersWithSpaces>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трудового договора в связи с неудовлетворительным результатом испытания</dc:title>
  <dc:subject/>
  <dc:creator>Куликов Д.С.</dc:creator>
  <cp:keywords>уведомление; увольнение; испытательный срок; неудовлетворительный результат; ст. 71 ТК РФ; трудовой договор</cp:keywords>
  <dc:description>Шаблон уведомления работника о расторжении трудового договора в связи с неудовлетворительным результатом испытания по ст. 71 ТК РФ.</dc:description>
  <cp:lastModifiedBy>Юрист</cp:lastModifiedBy>
  <cp:revision>2</cp:revision>
  <dcterms:created xsi:type="dcterms:W3CDTF">2013-12-23T23:15:00Z</dcterms:created>
  <dcterms:modified xsi:type="dcterms:W3CDTF">2026-06-16T07:08:00Z</dcterms:modified>
  <cp:category/>
</cp:coreProperties>
</file>